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RECURSO DE REVISIÓN CONTRA DECRETO DEL LETRADO DE LA ADMINISTRACIÓN DE JUSTICIA</w:t>
      </w:r>
    </w:p>
    <w:p/>
    <w:p>
      <w:r>
        <w:rPr>
          <w:b/>
          <w:sz w:val="20"/>
        </w:rPr>
        <w:t>AL JUZGADO DE PRIMERA INSTANCIA NÚM. _______ DE ________________</w:t>
      </w:r>
    </w:p>
    <w:p/>
    <w:p>
      <w:r>
        <w:rPr>
          <w:b w:val="0"/>
          <w:sz w:val="20"/>
        </w:rPr>
        <w:t>D./Dña. _______________________________________________________________, mayor de edad, con DNI/NIE número _______________________, y domicilio en ______________________________________________________, parte en el procedimiento referenciado al margen, ante el Juzgado comparezco y, como mejor proceda en Derecho, DIGO:</w:t>
      </w:r>
    </w:p>
    <w:p/>
    <w:p>
      <w:r>
        <w:rPr>
          <w:b/>
          <w:sz w:val="20"/>
        </w:rPr>
        <w:t>Que mediante el presente escrito interpongo RECURSO DE REVISIÓN contra el Decreto dictado por el Letrado/a de la Administración de Justicia en fecha ____________________, en el marco del procedimiento ____________________, número _________, por los siguientes:</w:t>
      </w:r>
    </w:p>
    <w:p/>
    <w:p>
      <w:r>
        <w:rPr>
          <w:b/>
          <w:sz w:val="20"/>
        </w:rPr>
        <w:t>MOTIVOS DEL RECURSO</w:t>
      </w:r>
    </w:p>
    <w:p>
      <w:r>
        <w:rPr>
          <w:b w:val="0"/>
          <w:sz w:val="20"/>
        </w:rPr>
        <w:t>PRIMERO.- Descripción sucinta del contenido del Decreto impugnado y de la resolución recurrida.</w:t>
      </w:r>
    </w:p>
    <w:p>
      <w:r>
        <w:rPr>
          <w:b w:val="0"/>
          <w:sz w:val="20"/>
        </w:rPr>
        <w:t>SEGUNDO.- Fundamentos de hecho y de derecho en los que se basa la impugnación del Decreto. Exposición clara y precisa de los motivos por los que se considera que el Decreto no se ajusta a Derecho, citando en su caso las normas y jurisprudencia aplicable.</w:t>
      </w:r>
    </w:p>
    <w:p>
      <w:r>
        <w:rPr>
          <w:b w:val="0"/>
          <w:sz w:val="20"/>
        </w:rPr>
        <w:t>TERCERO.- Referencia a los documentos, pruebas o actuaciones que se consideren relevantes para fundamentar el recurso.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I. Competencia: Corresponde a este Juzgado de conformidad con lo dispuesto en el artículo 454 bis de la Ley de Enjuiciamiento Civil.</w:t>
      </w:r>
    </w:p>
    <w:p>
      <w:r>
        <w:rPr>
          <w:b w:val="0"/>
          <w:sz w:val="20"/>
        </w:rPr>
        <w:t>II. Legitimación: Ostenta legitimación activa quien resulte perjudicado por la resolución dictada, de acuerdo con el artículo 454 bis de la Ley de Enjuiciamiento Civil.</w:t>
      </w:r>
    </w:p>
    <w:p>
      <w:r>
        <w:rPr>
          <w:b w:val="0"/>
          <w:sz w:val="20"/>
        </w:rPr>
        <w:t>III. Procedimiento: El recurso de revisión se interpone en el plazo de tres días desde la notificación del Decreto, ante el Letrado/a de la Administración de Justicia que lo dictó, para que lo eleve al Juez/a a fin de que resuelva mediante auto.</w:t>
      </w:r>
    </w:p>
    <w:p/>
    <w:p>
      <w:r>
        <w:rPr>
          <w:b/>
          <w:sz w:val="20"/>
        </w:rPr>
        <w:t>EN SU VIRTUD,</w:t>
      </w:r>
    </w:p>
    <w:p>
      <w:r>
        <w:rPr>
          <w:b w:val="0"/>
          <w:sz w:val="20"/>
        </w:rPr>
        <w:t>SUPLICO AL JUZGADO: Que teniendo por presentado este escrito, se sirva admitirlo y, en su virtud, tenga por interpuesto RECURSO DE REVISIÓN contra el Decreto dictado en fecha ____________, acuerde elevarlo al Juez/a para que, previos los trámites legales oportunos, dicte Auto por el que se revoque el Decreto impugnado y se acuerde lo que en Derecho proceda.</w:t>
      </w:r>
    </w:p>
    <w:p/>
    <w:p>
      <w:r>
        <w:rPr>
          <w:b/>
          <w:sz w:val="20"/>
        </w:rPr>
        <w:t>DOCUMENTOS QUE SE ACOMPAÑAN</w:t>
      </w:r>
    </w:p>
    <w:p>
      <w:r>
        <w:rPr>
          <w:b w:val="0"/>
          <w:sz w:val="20"/>
        </w:rPr>
        <w:t>1. Copia del Decreto impugnado.</w:t>
      </w:r>
    </w:p>
    <w:p>
      <w:r>
        <w:rPr>
          <w:b w:val="0"/>
          <w:sz w:val="20"/>
        </w:rPr>
        <w:t>2. Documentos y pruebas que fundamentan el recurso.</w:t>
      </w:r>
    </w:p>
    <w:p>
      <w:r>
        <w:rPr>
          <w:b w:val="0"/>
          <w:sz w:val="20"/>
        </w:rPr>
        <w:t>3. Otros documentos de interés.</w:t>
      </w:r>
    </w:p>
    <w:p/>
    <w:p>
      <w:r>
        <w:rPr>
          <w:b/>
          <w:sz w:val="20"/>
        </w:rPr>
        <w:t>EL/LA RECURRENTE</w:t>
      </w:r>
    </w:p>
    <w:p/>
    <w:p/>
    <w:p/>
    <w:p>
      <w:r>
        <w:rPr>
          <w:b w:val="0"/>
          <w:sz w:val="20"/>
        </w:rPr>
        <w:t>Firma: 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https://experto-recursos.com/recurso-de-revision-contra-decreto-del-letrado-de-la-administracion-de-justicia/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https://experto-recursos.com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experto-recursos.com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cursos.com/recurso-de-revision-contra-decreto-del-letrado-de-la-administracion-de-justicia/" TargetMode="External"/><Relationship Id="rId10" Type="http://schemas.openxmlformats.org/officeDocument/2006/relationships/hyperlink" Target="https://experto-recurs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