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RECURSO DE APELACIÓN PENAL CONTRA SENTENCIA CONDENATORIA</w:t>
      </w:r>
    </w:p>
    <w:p/>
    <w:p>
      <w:r>
        <w:rPr>
          <w:b/>
          <w:sz w:val="20"/>
        </w:rPr>
        <w:t>AL JUZGADO DE INSTRUCCIÓN/LO PENAL NÚMERO _________ DE ____________________</w:t>
      </w:r>
    </w:p>
    <w:p/>
    <w:p>
      <w:r>
        <w:rPr>
          <w:b w:val="0"/>
          <w:sz w:val="20"/>
        </w:rPr>
        <w:t>D./Dña. _______________________________________________________, con DNI/NIE número ____________________, con domicilio en ____________________________________________, y teléfono ______________________, en calidad de acusado/representado en las presentes actuaciones, ante el Juzgado comparece y, como mejor proceda en Derecho, DIGO:</w:t>
      </w:r>
    </w:p>
    <w:p/>
    <w:p>
      <w:r>
        <w:rPr>
          <w:b w:val="0"/>
          <w:sz w:val="20"/>
        </w:rPr>
        <w:t>Que por medio del presente escrito y dentro del plazo legalmente establecido, interpongo RECURSO DE APELACIÓN contra la Sentencia dictada en el procedimiento __________________ número _________, de fecha ____________, por la que se me condena como autor responsable de ____________________________________ y, en base a los siguientes motivos, SOLICITO la revocación de la citada resolución y la absolución de mi representado, o en su caso, la adecuada modificación de la sentencia en los términos que más adelante se exponen.</w:t>
      </w:r>
    </w:p>
    <w:p/>
    <w:p>
      <w:r>
        <w:rPr>
          <w:b/>
          <w:sz w:val="20"/>
        </w:rPr>
        <w:t>ANTECEDENTES</w:t>
      </w:r>
    </w:p>
    <w:p>
      <w:r>
        <w:rPr>
          <w:b w:val="0"/>
          <w:sz w:val="20"/>
        </w:rPr>
        <w:t>PRIMERO.- En fecha ___________ se dictó Sentencia en el procedimiento referenciado, cuya parte dispositiva condena a mi representado por los hechos que se consideran probados en la misma.</w:t>
      </w:r>
    </w:p>
    <w:p>
      <w:r>
        <w:rPr>
          <w:b w:val="0"/>
          <w:sz w:val="20"/>
        </w:rPr>
        <w:t>SEGUNDO.- Que no se comparte la valoración de la prueba ni la calificación jurídica efectuada por el Juzgador a quo, por los motivos que a continuación se exponen.</w:t>
      </w:r>
    </w:p>
    <w:p/>
    <w:p>
      <w:r>
        <w:rPr>
          <w:b/>
          <w:sz w:val="20"/>
        </w:rPr>
        <w:t>FUNDAMENTOS DE DERECHO</w:t>
      </w:r>
    </w:p>
    <w:p>
      <w:r>
        <w:rPr>
          <w:b/>
          <w:sz w:val="20"/>
        </w:rPr>
        <w:t>I. Infracción de normas y garantías procesales.</w:t>
      </w:r>
    </w:p>
    <w:p>
      <w:r>
        <w:rPr>
          <w:b w:val="0"/>
          <w:sz w:val="20"/>
        </w:rPr>
        <w:t>La sentencia impugnada incurre en vulneración del derecho fundamental a la tutela judicial efectiva, reconocido en el artículo 24 de la Constitución Española, al no haberse practicado determinadas pruebas propuestas por esta parte, pese a su pertinencia y relevancia para el esclarecimiento de los hechos, lo que ha provocado una indefensión material.</w:t>
      </w:r>
    </w:p>
    <w:p/>
    <w:p>
      <w:r>
        <w:rPr>
          <w:b/>
          <w:sz w:val="20"/>
        </w:rPr>
        <w:t>II. Errónea valoración de la prueba.</w:t>
      </w:r>
    </w:p>
    <w:p>
      <w:r>
        <w:rPr>
          <w:b w:val="0"/>
          <w:sz w:val="20"/>
        </w:rPr>
        <w:t>El órgano sentenciador realiza una valoración de la prueba testifical/documental que no se ajusta a los principios de la lógica y la sana crítica, omitiendo elementos esenciales que demuestran la inexistencia de los hechos o la falta de responsabilidad penal de mi representado. En concreto, la declaración de ____________________ y el documento ____________________ acreditan que ______________________________.</w:t>
      </w:r>
    </w:p>
    <w:p/>
    <w:p>
      <w:r>
        <w:rPr>
          <w:b/>
          <w:sz w:val="20"/>
        </w:rPr>
        <w:t>III. Incorrecta aplicación del tipo penal.</w:t>
      </w:r>
    </w:p>
    <w:p>
      <w:r>
        <w:rPr>
          <w:b w:val="0"/>
          <w:sz w:val="20"/>
        </w:rPr>
        <w:t>La calificación jurídica de los hechos como delito de ____________________ no se corresponde con lo realmente acontecido, debiendo apreciarse la concurrencia de la eximente/inimputabilidad/atenuante de ____________________, conforme a lo dispuesto en el artículo ________ del Código Penal.</w:t>
      </w:r>
    </w:p>
    <w:p/>
    <w:p>
      <w:r>
        <w:rPr>
          <w:b/>
          <w:sz w:val="20"/>
        </w:rPr>
        <w:t>IV. Desproporción en la pena impuesta.</w:t>
      </w:r>
    </w:p>
    <w:p>
      <w:r>
        <w:rPr>
          <w:b w:val="0"/>
          <w:sz w:val="20"/>
        </w:rPr>
        <w:t>La pena impuesta resulta excesiva y desproporcionada atendiendo a las circunstancias personales y antecedentes del acusado, debiendo aplicarse la atenuante de ____________________ y fijarse la pena en su grado mínimo, de conformidad con el artículo ________ del Código Penal.</w:t>
      </w:r>
    </w:p>
    <w:p/>
    <w:p>
      <w:r>
        <w:rPr>
          <w:b/>
          <w:sz w:val="20"/>
        </w:rPr>
        <w:t>SUPLICO AL JUZGADO</w:t>
      </w:r>
    </w:p>
    <w:p>
      <w:r>
        <w:rPr>
          <w:b w:val="0"/>
          <w:sz w:val="20"/>
        </w:rPr>
        <w:t>Que, teniendo por presentado este escrito, se sirva admitirlo, tenga por interpuesto en tiempo y forma RECURSO DE APELACIÓN contra la Sentencia dictada en el procedimiento ____________________, y previos los trámites legales oportunos, remita los autos a la Audiencia Provincial de ____________________, interesando se dicte Sentencia por la que se revoque la resolución recurrida en los términos expuestos, acordando la absolución de mi representado o, en su caso, la modificación de la sentencia conforme a Derecho.</w:t>
      </w:r>
    </w:p>
    <w:p/>
    <w:p/>
    <w:p>
      <w:r>
        <w:rPr>
          <w:b/>
          <w:sz w:val="20"/>
        </w:rPr>
        <w:t>OTROSÍ DIGO</w:t>
      </w:r>
    </w:p>
    <w:p>
      <w:r>
        <w:rPr>
          <w:b w:val="0"/>
          <w:sz w:val="20"/>
        </w:rPr>
        <w:t>Que a los efectos legales oportunos, esta parte solicita la celebración de vista oral ante la Ilma. Audiencia Provincial, conforme al artículo 790 de la Ley de Enjuiciamiento Criminal, para la correcta exposición de los motivos del presente recurso.</w:t>
      </w:r>
    </w:p>
    <w:p/>
    <w:p/>
    <w:p>
      <w:r>
        <w:rPr>
          <w:b w:val="0"/>
          <w:sz w:val="20"/>
        </w:rPr>
        <w:t>EL/LA RECURRENTE</w:t>
      </w:r>
    </w:p>
    <w:p/>
    <w:p/>
    <w:p/>
    <w:p>
      <w:r>
        <w:rPr>
          <w:b w:val="0"/>
          <w:sz w:val="20"/>
        </w:rPr>
        <w:t>Firma: ________________________________</w:t>
      </w:r>
    </w:p>
    <w:p>
      <w:r>
        <w:br w:type="page"/>
      </w:r>
    </w:p>
    <w:p>
      <w:pPr>
        <w:jc w:val="center"/>
      </w:pPr>
      <w:r>
        <w:rPr>
          <w:color w:val="555555"/>
          <w:sz w:val="24"/>
        </w:rPr>
        <w:t>Fuente original del documento:</w:t>
      </w:r>
    </w:p>
    <w:p>
      <w:pPr>
        <w:jc w:val="center"/>
      </w:pPr>
      <w:hyperlink r:id="rId9">
        <w:r>
          <w:rPr>
            <w:color w:val="0000FF"/>
            <w:u w:val="single"/>
          </w:rPr>
          <w:t>https://experto-recursos.com/recurso-de-apelacion-penal-contra-sentencia-condenatoria/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https://experto-recursos.com</w:t>
        </w:r>
      </w:hyperlink>
    </w:p>
    <w:p>
      <w:pPr>
        <w:jc w:val="center"/>
      </w:pPr>
      <w:r>
        <w:rPr>
          <w:color w:val="808080"/>
          <w:sz w:val="20"/>
        </w:rPr>
        <w:t>Plantilla de uso personal y gratuito. Prohibido su uso comercial.</w:t>
        <w:br/>
        <w:t>Si se comparte o publica, debe mencionarse la fuente. © experto-recursos.com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recursos.com/recurso-de-apelacion-penal-contra-sentencia-condenatoria/" TargetMode="External"/><Relationship Id="rId10" Type="http://schemas.openxmlformats.org/officeDocument/2006/relationships/hyperlink" Target="https://experto-recurs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