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APELACIÓN</w:t>
      </w:r>
    </w:p>
    <w:p/>
    <w:p>
      <w:r>
        <w:rPr>
          <w:b w:val="0"/>
          <w:sz w:val="20"/>
        </w:rPr>
        <w:t>AL JUZGADO DE PRIMERA INSTANCIA NÚMERO _______ DE ________________</w:t>
      </w:r>
    </w:p>
    <w:p/>
    <w:p>
      <w:r>
        <w:rPr>
          <w:b w:val="0"/>
          <w:sz w:val="20"/>
        </w:rPr>
        <w:t>D./Dña. _____________________________________________________________,</w:t>
      </w:r>
    </w:p>
    <w:p>
      <w:r>
        <w:rPr>
          <w:b w:val="0"/>
          <w:sz w:val="20"/>
        </w:rPr>
        <w:t>mayor de edad, con DNI/NIE número ______________________, y domicilio en ____________________________________________,</w:t>
      </w:r>
    </w:p>
    <w:p>
      <w:r>
        <w:rPr>
          <w:b w:val="0"/>
          <w:sz w:val="20"/>
        </w:rPr>
        <w:t>en calidad de parte demandante/demandada en los autos de Juicio Ordinario número ________/_______,</w:t>
      </w:r>
    </w:p>
    <w:p>
      <w:r>
        <w:rPr>
          <w:b w:val="0"/>
          <w:sz w:val="20"/>
        </w:rPr>
        <w:t>ante el Juzgado comparezco y, como mejor proceda en Derecho, DIGO:</w:t>
      </w:r>
    </w:p>
    <w:p/>
    <w:p>
      <w:r>
        <w:rPr>
          <w:b/>
          <w:sz w:val="20"/>
        </w:rPr>
        <w:t>Que mediante la presente interpongo RECURSO DE APELACIÓN contra la sentencia dictada en fecha __/__/____ en los referidos autos, y lo fundamento en los siguientes: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Que con fecha __/__/____, se dictó sentencia en el procedimiento referenciado, cuyo fallo es del siguiente tenor literal:</w:t>
      </w:r>
    </w:p>
    <w:p>
      <w:r>
        <w:rPr>
          <w:b w:val="0"/>
          <w:sz w:val="20"/>
        </w:rPr>
        <w:t>(Transcribir el fallo de la sentencia)</w:t>
      </w:r>
    </w:p>
    <w:p/>
    <w:p>
      <w:r>
        <w:rPr>
          <w:b w:val="0"/>
          <w:sz w:val="20"/>
        </w:rPr>
        <w:t>SEGUNDO.- Que no se está conforme con dicha resolución por los motivos legales y fácticos que se exponen a continuación.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Competencia: Corresponde conocer de este recurso a la Audiencia Provincial de ________________, conforme al artículo 455 y siguientes de la Ley de Enjuiciamiento Civil.</w:t>
      </w:r>
    </w:p>
    <w:p>
      <w:r>
        <w:rPr>
          <w:b w:val="0"/>
          <w:sz w:val="20"/>
        </w:rPr>
        <w:t>II. Legitimación: Ostenta legitimación activa esta parte en calidad de parte demandante/demandada en el presente procedimiento.</w:t>
      </w:r>
    </w:p>
    <w:p>
      <w:r>
        <w:rPr>
          <w:b w:val="0"/>
          <w:sz w:val="20"/>
        </w:rPr>
        <w:t>III. Motivos de apelación: (Exponer de forma ordenada y numerada los motivos de impugnación, tanto de hecho como de derecho, señalando los puntos de la sentencia que se recurren y las razones jurídicas y probatorias para solicitar su revocación total o parcial.)</w:t>
      </w:r>
    </w:p>
    <w:p>
      <w:r>
        <w:rPr>
          <w:b w:val="0"/>
          <w:sz w:val="20"/>
        </w:rPr>
        <w:t>IV. Petición de prueba: (En su caso, indicar si se solicita práctica de prueba en segunda instancia, de acuerdo con el art. 460 de la LEC, y su justificación).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 tenga por presentado este escrito, se sirva admitirlo, y en su virtud, tenga por interpuesto RECURSO DE APELACIÓN contra la sentencia recaída en los autos de referencia, remitiendo los mismos a la Ilma. Audiencia Provincial de ________________, para que, previos los trámites legales oportunos, dicte resolución por la que se revoque total o parcialmente la sentencia recurrida conforme a los motivos expuestos.</w:t>
      </w:r>
    </w:p>
    <w:p/>
    <w:p>
      <w:r>
        <w:rPr>
          <w:b w:val="0"/>
          <w:sz w:val="20"/>
        </w:rPr>
        <w:t>Por ser Justicia que, respetuosamente, pido en ________________.</w:t>
      </w:r>
    </w:p>
    <w:p/>
    <w:p/>
    <w:p>
      <w:r>
        <w:rPr>
          <w:b w:val="0"/>
          <w:sz w:val="20"/>
        </w:rPr>
        <w:t>Fdo.:</w:t>
      </w:r>
    </w:p>
    <w:p/>
    <w:p/>
    <w:p>
      <w:r>
        <w:rPr>
          <w:b w:val="0"/>
          <w:sz w:val="20"/>
        </w:rPr>
      </w:r>
    </w:p>
    <w:p>
      <w:r>
        <w:rPr>
          <w:b w:val="0"/>
          <w:sz w:val="20"/>
        </w:rPr>
        <w:t>Procurador/a: __________________________________</w:t>
      </w:r>
    </w:p>
    <w:p>
      <w:r>
        <w:rPr>
          <w:b w:val="0"/>
          <w:sz w:val="20"/>
        </w:rPr>
        <w:t>Letrado/a: ____________________________________</w:t>
      </w:r>
    </w:p>
    <w:p/>
    <w:p/>
    <w:p>
      <w:r>
        <w:rPr>
          <w:b w:val="0"/>
          <w:sz w:val="20"/>
        </w:rPr>
        <w:t>Ilmo. Sr./Sra. Magistrado/a-Juez/a del Juzgado de Primera Instancia número ______ de 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https://experto-recursos.com/recurso-de-apelacion-formato/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de-apelacion-formato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