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ALZADA</w:t>
      </w:r>
    </w:p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Ilmo./a. Sr./Sra. ___________________________</w:t>
      </w:r>
    </w:p>
    <w:p>
      <w:r>
        <w:rPr>
          <w:b w:val="0"/>
          <w:sz w:val="20"/>
        </w:rPr>
        <w:t>Órgano responsable en la Comunidad de Madrid</w:t>
      </w:r>
    </w:p>
    <w:p/>
    <w:p>
      <w:r>
        <w:rPr>
          <w:b/>
          <w:sz w:val="20"/>
        </w:rPr>
        <w:t>DATOS DEL RECURRENTE:</w:t>
      </w:r>
    </w:p>
    <w:p>
      <w:r>
        <w:rPr>
          <w:b w:val="0"/>
          <w:sz w:val="20"/>
        </w:rPr>
        <w:t>Nombre y apellidos: _______________________________________________________________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_________________________________________</w:t>
      </w:r>
    </w:p>
    <w:p>
      <w:r>
        <w:rPr>
          <w:b w:val="0"/>
          <w:sz w:val="20"/>
        </w:rPr>
        <w:t>Código Postal: _______________    Localidad: _______________________________________</w:t>
      </w:r>
    </w:p>
    <w:p>
      <w:r>
        <w:rPr>
          <w:b w:val="0"/>
          <w:sz w:val="20"/>
        </w:rPr>
        <w:t>Teléfono: ____________________    Correo electrónico: ________________________________</w:t>
      </w:r>
    </w:p>
    <w:p/>
    <w:p>
      <w:r>
        <w:rPr>
          <w:b/>
          <w:sz w:val="20"/>
        </w:rPr>
        <w:t>DATOS DEL EXPEDIENTE:</w:t>
      </w:r>
    </w:p>
    <w:p>
      <w:r>
        <w:rPr>
          <w:b w:val="0"/>
          <w:sz w:val="20"/>
        </w:rPr>
        <w:t>Número de expediente: ____________________________</w:t>
      </w:r>
    </w:p>
    <w:p>
      <w:r>
        <w:rPr>
          <w:b w:val="0"/>
          <w:sz w:val="20"/>
        </w:rPr>
        <w:t>Acto administrativo que se recurre: __________________________________________________</w:t>
      </w:r>
    </w:p>
    <w:p>
      <w:r>
        <w:rPr>
          <w:b w:val="0"/>
          <w:sz w:val="20"/>
        </w:rPr>
        <w:t>Órgano que dictó el acto: _________________________________________________________</w:t>
      </w:r>
    </w:p>
    <w:p>
      <w:r>
        <w:rPr>
          <w:b w:val="0"/>
          <w:sz w:val="20"/>
        </w:rPr>
        <w:t>Fecha de notificación: _____________________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PRIMERO.- Que en fecha indicada le ha sido notificada Resolución/Acto administrativo dictado en el expediente de referencia, por el que se _____________________________.</w:t>
      </w:r>
    </w:p>
    <w:p>
      <w:r>
        <w:rPr>
          <w:b w:val="0"/>
          <w:sz w:val="20"/>
        </w:rPr>
        <w:t>SEGUNDO.- Que no estando conforme con el contenido de la citada Resolución/Acto, por considerar que no se ajusta a derecho y que resulta lesiva para sus intereses, formula RECURSO DE ALZADA al amparo de lo dispuesto en la Ley 39/2015, de 1 de octubre, del Procedimiento Administrativo Común de las Administraciones Públicas.</w:t>
      </w:r>
    </w:p>
    <w:p>
      <w:r>
        <w:rPr>
          <w:b w:val="0"/>
          <w:sz w:val="20"/>
        </w:rPr>
        <w:t>TERCERO.- Que los hechos y fundamentos de derecho que motivan este recurso son los siguientes:</w:t>
      </w:r>
    </w:p>
    <w:p/>
    <w:p>
      <w:r>
        <w:rPr>
          <w:b/>
          <w:sz w:val="20"/>
        </w:rPr>
        <w:t>HECHOS Y FUNDAMENTOS DE DERECHO</w:t>
      </w:r>
    </w:p>
    <w:p>
      <w:r>
        <w:rPr>
          <w:b w:val="0"/>
          <w:sz w:val="20"/>
        </w:rPr>
        <w:t>1. Sobre los antecedentes del expediente: _____________________________________________________</w:t>
      </w:r>
    </w:p>
    <w:p>
      <w:r>
        <w:rPr>
          <w:b w:val="0"/>
          <w:sz w:val="20"/>
        </w:rPr>
        <w:t>2. Sobre la fundamentación jurídica: ________________________________________________________</w:t>
      </w:r>
    </w:p>
    <w:p>
      <w:r>
        <w:rPr>
          <w:b w:val="0"/>
          <w:sz w:val="20"/>
        </w:rPr>
        <w:t>3. Sobre la falta de motivación/vulneración de derechos/intereses legítimos: ________________________</w:t>
      </w:r>
    </w:p>
    <w:p>
      <w:r>
        <w:rPr>
          <w:b w:val="0"/>
          <w:sz w:val="20"/>
        </w:rPr>
        <w:t>4. Sobre cualquier otra alegación pertinente: _________________________________________________</w:t>
      </w:r>
    </w:p>
    <w:p/>
    <w:p>
      <w:r>
        <w:rPr>
          <w:b/>
          <w:sz w:val="20"/>
        </w:rPr>
        <w:t>Por lo expuesto,</w:t>
      </w:r>
    </w:p>
    <w:p>
      <w:r>
        <w:rPr>
          <w:b/>
          <w:sz w:val="20"/>
        </w:rPr>
        <w:t>SOLICITA</w:t>
      </w:r>
    </w:p>
    <w:p>
      <w:r>
        <w:rPr>
          <w:b w:val="0"/>
          <w:sz w:val="20"/>
        </w:rPr>
        <w:t>Que se admita este recurso de alzada y, en su virtud, se deje sin efecto el acto recurrido y se dicte nueva resolución conforme a derecho y a los intereses legítimos del recurrente.</w:t>
      </w:r>
    </w:p>
    <w:p/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Copia del acto recurrido o resolución impugnada.</w:t>
      </w:r>
    </w:p>
    <w:p>
      <w:r>
        <w:rPr>
          <w:b w:val="0"/>
          <w:sz w:val="20"/>
        </w:rPr>
        <w:t>2. Documentación acreditativa de los hechos alegados.</w:t>
      </w:r>
    </w:p>
    <w:p>
      <w:r>
        <w:rPr>
          <w:b w:val="0"/>
          <w:sz w:val="20"/>
        </w:rPr>
        <w:t>3. Cualquier otro documento relevante para la resolución del recurso.</w:t>
      </w:r>
    </w:p>
    <w:p/>
    <w:p/>
    <w:p>
      <w:r>
        <w:rPr>
          <w:b/>
          <w:sz w:val="20"/>
        </w:rPr>
        <w:t>EL/LA RECURRENTE</w:t>
      </w:r>
    </w:p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https://experto-recursos.com/recurso-de-alzada-comunidad-de-madrid/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de-alzada-comunidad-de-madrid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