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APELACIÓN CONTRA SENTENCIA ABSOLUTORIA</w:t>
      </w:r>
    </w:p>
    <w:p/>
    <w:p>
      <w:r>
        <w:rPr>
          <w:b/>
          <w:sz w:val="20"/>
        </w:rPr>
        <w:t>AL JUZGADO DE INSTRUCCIÓN NÚM. _____________ DE ____________________________</w:t>
      </w:r>
    </w:p>
    <w:p/>
    <w:p>
      <w:r>
        <w:rPr>
          <w:b w:val="0"/>
          <w:sz w:val="20"/>
        </w:rPr>
        <w:t>D./Dña. ____________________________________________________________, mayor de edad, con DNI/NIE número ____________________, y domicilio en _______________________________________________________, en calidad de acusación particular/particular damnificado, en el procedimiento de referencia seguido ante este Juzgado, comparezco y, como mejor proceda en Derecho, DIGO:</w:t>
      </w:r>
    </w:p>
    <w:p/>
    <w:p>
      <w:r>
        <w:rPr>
          <w:b w:val="0"/>
          <w:sz w:val="20"/>
        </w:rPr>
        <w:t>Que, mediante la presente, interpongo RECURSO DE APELACIÓN contra la sentencia dictada en el Juicio Oral núm. ________, de fecha ______________, notificada el día ____________, por la que se absuelve a D./Dña. ______________________________________________________, por los hechos enjuiciados, al considerar que la mencionada resolución no es ajustada a Derecho y causa grave perjuicio a esta parte, basándome para ello en los siguientes:</w:t>
      </w:r>
    </w:p>
    <w:p/>
    <w:p>
      <w:r>
        <w:rPr>
          <w:b/>
          <w:sz w:val="20"/>
        </w:rPr>
        <w:t>FUNDAMENTOS DE HECHO</w:t>
      </w:r>
    </w:p>
    <w:p>
      <w:r>
        <w:rPr>
          <w:b w:val="0"/>
          <w:sz w:val="20"/>
        </w:rPr>
        <w:t>PRIMERO.- Que por Sentencia dictada en fecha ________________ por este Juzgado, se acordó la absolución de D./Dña. __________________________________________________________, en el procedimiento de referencia.</w:t>
      </w:r>
    </w:p>
    <w:p>
      <w:r>
        <w:rPr>
          <w:b w:val="0"/>
          <w:sz w:val="20"/>
        </w:rPr>
        <w:t>SEGUNDO.- Que esta parte considera que la Sentencia recurrida incurre en error en la valoración de la prueba y en la aplicación del Derecho, ya que de la prueba practicada en el acto del juicio quedó debidamente acreditada la participación del acusado en los hechos objeto de acusación.</w:t>
      </w:r>
    </w:p>
    <w:p>
      <w:r>
        <w:rPr>
          <w:b w:val="0"/>
          <w:sz w:val="20"/>
        </w:rPr>
        <w:t>TERCERO.- Que en la fundamentación jurídica de la resolución se omiten elementos esenciales aportados durante el plenario, tales como _________________________________________________________________________________________________________________________________________________________________.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CUARTO.- Que existen indicios racionales de criminalidad suficientemente acreditados que justifican la revocación de la Sentencia y la condena del acusado, conforme a la prueba testifical, documental y pericial practicada.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la competencia para conocer del presente recurso a la Audiencia Provincial de ___________________, conforme al art. 795.2 y concordantes de la Ley de Enjuiciamiento Criminal.</w:t>
      </w:r>
    </w:p>
    <w:p>
      <w:r>
        <w:rPr>
          <w:b w:val="0"/>
          <w:sz w:val="20"/>
        </w:rPr>
        <w:t>II. Legitimación: Ostenta esta parte legitimación activa conforme a lo dispuesto en el art. 846 bis b) de la Ley de Enjuiciamiento Criminal.</w:t>
      </w:r>
    </w:p>
    <w:p>
      <w:r>
        <w:rPr>
          <w:b w:val="0"/>
          <w:sz w:val="20"/>
        </w:rPr>
        <w:t>III. Procedencia: El recurso de apelación es procedente frente a sentencias absolutorias dictadas en primera instancia, de conformidad con los arts. 846 bis a) y siguientes de la Ley de Enjuiciamiento Criminal.</w:t>
      </w:r>
    </w:p>
    <w:p>
      <w:r>
        <w:rPr>
          <w:b w:val="0"/>
          <w:sz w:val="20"/>
        </w:rPr>
        <w:t>IV. Fondo: La jurisprudencia del Tribunal Supremo establece que procede la estimación del recurso cuando existen elementos de prueba suficientes que desvirtúan la presunción de inocencia y permiten atribuir responsabilidad penal al acusado.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Que, teniendo por presentado este escrito, se sirva admitirlo, tenga por interpuesto en tiempo y forma RECURSO DE APELACIÓN contra la Sentencia dictada en el presente procedimiento, y previos los trámites legales, remita las actuaciones a la Ilma. Audiencia Provincial de ________________________, para que, en su día, estime el recurso, revoque la resolución recurrida y dicte nueva sentencia en la que se condene al acusado conforme a las peticiones de esta parte.</w:t>
      </w:r>
    </w:p>
    <w:p/>
    <w:p/>
    <w:p>
      <w:r>
        <w:rPr>
          <w:b/>
          <w:sz w:val="20"/>
        </w:rPr>
        <w:t>Se acompaña a este escrito la siguiente documentación:</w:t>
      </w:r>
    </w:p>
    <w:p>
      <w:r>
        <w:rPr>
          <w:b w:val="0"/>
          <w:sz w:val="20"/>
        </w:rPr>
        <w:t>1. Copia de la sentencia recurrida.</w:t>
      </w:r>
    </w:p>
    <w:p>
      <w:r>
        <w:rPr>
          <w:b w:val="0"/>
          <w:sz w:val="20"/>
        </w:rPr>
        <w:t>2. Copia de la notificación de la sentencia.</w:t>
      </w:r>
    </w:p>
    <w:p>
      <w:r>
        <w:rPr>
          <w:b w:val="0"/>
          <w:sz w:val="20"/>
        </w:rPr>
        <w:t>3. Documentos y pruebas aportados en primera instancia.</w:t>
      </w:r>
    </w:p>
    <w:p>
      <w:r>
        <w:rPr>
          <w:b w:val="0"/>
          <w:sz w:val="20"/>
        </w:rPr>
        <w:t>4. Otros documentos de interés.</w:t>
      </w:r>
    </w:p>
    <w:p/>
    <w:p/>
    <w:p>
      <w:r>
        <w:rPr>
          <w:b/>
          <w:sz w:val="20"/>
        </w:rPr>
        <w:t>EL/LA RECURRENTE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https://experto-recursos.com/recurso-apelacion-contra-sentencia-absolutoria/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apelacion-contra-sentencia-absolutoria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