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RECURSO DE ALZADA ANTE LA JUNTA DE ANDALUCÍA</w:t>
      </w:r>
    </w:p>
    <w:p/>
    <w:p>
      <w:r>
        <w:rPr>
          <w:b/>
          <w:sz w:val="22"/>
        </w:rPr>
        <w:t>DATOS DEL INTERESADO/A</w:t>
      </w:r>
    </w:p>
    <w:p>
      <w:r>
        <w:rPr>
          <w:b w:val="0"/>
          <w:sz w:val="22"/>
        </w:rPr>
        <w:t>Nombre y apellidos: _______________________________________________________________</w:t>
      </w:r>
    </w:p>
    <w:p>
      <w:r>
        <w:rPr>
          <w:b w:val="0"/>
          <w:sz w:val="22"/>
        </w:rPr>
        <w:t>DNI/NIE: _________________________</w:t>
      </w:r>
    </w:p>
    <w:p>
      <w:r>
        <w:rPr>
          <w:b w:val="0"/>
          <w:sz w:val="22"/>
        </w:rPr>
        <w:t>Domicilio: ____________________________________________________________</w:t>
      </w:r>
    </w:p>
    <w:p>
      <w:r>
        <w:rPr>
          <w:b w:val="0"/>
          <w:sz w:val="22"/>
        </w:rPr>
        <w:t>Municipio: _______________________   Provincia: _______________________</w:t>
      </w:r>
    </w:p>
    <w:p>
      <w:r>
        <w:rPr>
          <w:b w:val="0"/>
          <w:sz w:val="22"/>
        </w:rPr>
        <w:t>Teléfono: ________________________   Correo electrónico: ______________</w:t>
      </w:r>
    </w:p>
    <w:p/>
    <w:p>
      <w:r>
        <w:rPr>
          <w:b/>
          <w:sz w:val="22"/>
        </w:rPr>
        <w:t>DATOS DEL REPRESENTANTE (en su caso)</w:t>
      </w:r>
    </w:p>
    <w:p>
      <w:r>
        <w:rPr>
          <w:b w:val="0"/>
          <w:sz w:val="22"/>
        </w:rPr>
        <w:t>Nombre y apellidos: _______________________________________________________________</w:t>
      </w:r>
    </w:p>
    <w:p>
      <w:r>
        <w:rPr>
          <w:b w:val="0"/>
          <w:sz w:val="22"/>
        </w:rPr>
        <w:t>DNI/NIE: _________________________</w:t>
      </w:r>
    </w:p>
    <w:p>
      <w:r>
        <w:rPr>
          <w:b w:val="0"/>
          <w:sz w:val="22"/>
        </w:rPr>
        <w:t>Domicilio: ____________________________________________________________</w:t>
      </w:r>
    </w:p>
    <w:p>
      <w:r>
        <w:rPr>
          <w:b w:val="0"/>
          <w:sz w:val="22"/>
        </w:rPr>
        <w:t>Municipio: _______________________   Provincia: _______________________</w:t>
      </w:r>
    </w:p>
    <w:p>
      <w:r>
        <w:rPr>
          <w:b w:val="0"/>
          <w:sz w:val="22"/>
        </w:rPr>
        <w:t>Teléfono: ________________________   Correo electrónico: ______________</w:t>
      </w:r>
    </w:p>
    <w:p/>
    <w:p>
      <w:r>
        <w:rPr>
          <w:b/>
          <w:sz w:val="22"/>
        </w:rPr>
        <w:t>ÓRGANO QUE DICTÓ EL ACTO IMPUGNADO</w:t>
      </w:r>
    </w:p>
    <w:p>
      <w:r>
        <w:rPr>
          <w:b w:val="0"/>
          <w:sz w:val="22"/>
        </w:rPr>
        <w:t>_____________________________________________</w:t>
      </w:r>
    </w:p>
    <w:p/>
    <w:p>
      <w:r>
        <w:rPr>
          <w:b/>
          <w:sz w:val="22"/>
        </w:rPr>
        <w:t>IDENTIFICACIÓN DEL ACTO QUE SE RECURRE</w:t>
      </w:r>
    </w:p>
    <w:p>
      <w:r>
        <w:rPr>
          <w:b w:val="0"/>
          <w:sz w:val="22"/>
        </w:rPr>
        <w:t>Fecha del acto: ___________________  Número de expediente: ___________________</w:t>
      </w:r>
    </w:p>
    <w:p>
      <w:r>
        <w:rPr>
          <w:b w:val="0"/>
          <w:sz w:val="22"/>
        </w:rPr>
        <w:t>Descripción: ________________________________________________________________</w:t>
      </w:r>
    </w:p>
    <w:p>
      <w:r>
        <w:rPr>
          <w:b w:val="0"/>
          <w:sz w:val="22"/>
        </w:rPr>
        <w:t>_____________________________________________________________________________</w:t>
      </w:r>
    </w:p>
    <w:p/>
    <w:p>
      <w:r>
        <w:rPr>
          <w:b/>
          <w:sz w:val="22"/>
        </w:rPr>
        <w:t>HECHOS</w:t>
      </w:r>
    </w:p>
    <w:p>
      <w:r>
        <w:rPr>
          <w:b w:val="0"/>
          <w:sz w:val="22"/>
        </w:rPr>
        <w:t>PRIMERO.-</w:t>
      </w:r>
    </w:p>
    <w:p>
      <w:r>
        <w:rPr>
          <w:b w:val="0"/>
          <w:sz w:val="22"/>
        </w:rPr>
        <w:t>_____________________________________________________________________________</w:t>
      </w:r>
    </w:p>
    <w:p>
      <w:r>
        <w:rPr>
          <w:b w:val="0"/>
          <w:sz w:val="22"/>
        </w:rPr>
        <w:t>_____________________________________________________________________________</w:t>
      </w:r>
    </w:p>
    <w:p>
      <w:r>
        <w:rPr>
          <w:b w:val="0"/>
          <w:sz w:val="22"/>
        </w:rPr>
        <w:t>_____________________________________________________________________________</w:t>
      </w:r>
    </w:p>
    <w:p>
      <w:r>
        <w:rPr>
          <w:b w:val="0"/>
          <w:sz w:val="22"/>
        </w:rPr>
        <w:t>SEGUNDO.-</w:t>
      </w:r>
    </w:p>
    <w:p>
      <w:r>
        <w:rPr>
          <w:b w:val="0"/>
          <w:sz w:val="22"/>
        </w:rPr>
        <w:t>_____________________________________________________________________________</w:t>
      </w:r>
    </w:p>
    <w:p>
      <w:r>
        <w:rPr>
          <w:b w:val="0"/>
          <w:sz w:val="22"/>
        </w:rPr>
        <w:t>_____________________________________________________________________________</w:t>
      </w:r>
    </w:p>
    <w:p>
      <w:r>
        <w:rPr>
          <w:b w:val="0"/>
          <w:sz w:val="22"/>
        </w:rPr>
        <w:t>_____________________________________________________________________________</w:t>
      </w:r>
    </w:p>
    <w:p>
      <w:r>
        <w:rPr>
          <w:b w:val="0"/>
          <w:sz w:val="22"/>
        </w:rPr>
        <w:t>TERCERO.-</w:t>
      </w:r>
    </w:p>
    <w:p>
      <w:r>
        <w:rPr>
          <w:b w:val="0"/>
          <w:sz w:val="22"/>
        </w:rPr>
        <w:t>_____________________________________________________________________________</w:t>
      </w:r>
    </w:p>
    <w:p>
      <w:r>
        <w:rPr>
          <w:b w:val="0"/>
          <w:sz w:val="22"/>
        </w:rPr>
        <w:t>_____________________________________________________________________________</w:t>
      </w:r>
    </w:p>
    <w:p>
      <w:r>
        <w:rPr>
          <w:b w:val="0"/>
          <w:sz w:val="22"/>
        </w:rPr>
        <w:t>_____________________________________________________________________________</w:t>
      </w:r>
    </w:p>
    <w:p/>
    <w:p>
      <w:r>
        <w:rPr>
          <w:b/>
          <w:sz w:val="22"/>
        </w:rPr>
        <w:t>FUNDAMENTOS DE DERECHO</w:t>
      </w:r>
    </w:p>
    <w:p>
      <w:r>
        <w:rPr>
          <w:b w:val="0"/>
          <w:sz w:val="22"/>
        </w:rPr>
        <w:t>I.- De conformidad con lo dispuesto en el artículo 121 de la Ley 39/2015, de 1 de octubre, del Procedimiento Administrativo Común de las Administraciones Públicas, cabe interponer recurso de alzada contra resoluciones y actos de trámite que determinen la imposibilidad de continuar el procedimiento, produzcan indefensión o perjuicio irreparable a derechos e intereses legítimos.</w:t>
      </w:r>
    </w:p>
    <w:p>
      <w:r>
        <w:rPr>
          <w:b w:val="0"/>
          <w:sz w:val="22"/>
        </w:rPr>
        <w:t>II.- Asimismo, conforme al artículo 112 y siguientes de la citada Ley, el recurso de alzada se interpondrá ante el órgano superior jerárquico del que dictó el acto impugnado, dentro del plazo de un mes si el acto fuera expreso o en cualquier momento a partir del día siguiente a aquel en el que, de acuerdo con su normativa específica, se produzca el silencio administrativo.</w:t>
      </w:r>
    </w:p>
    <w:p>
      <w:r>
        <w:rPr>
          <w:b w:val="0"/>
          <w:sz w:val="22"/>
        </w:rPr>
        <w:t>III.- Se consideran vulnerados los siguientes preceptos: ____________________________________________________</w:t>
      </w:r>
    </w:p>
    <w:p>
      <w:r>
        <w:rPr>
          <w:b w:val="0"/>
          <w:sz w:val="22"/>
        </w:rPr>
        <w:t>_____________________________________________________________________________</w:t>
      </w:r>
    </w:p>
    <w:p/>
    <w:p>
      <w:r>
        <w:rPr>
          <w:b/>
          <w:sz w:val="22"/>
        </w:rPr>
        <w:t>POR TODO ELLO, SOLICITO:</w:t>
      </w:r>
    </w:p>
    <w:p>
      <w:r>
        <w:rPr>
          <w:b w:val="0"/>
          <w:sz w:val="22"/>
        </w:rPr>
        <w:t>Que se tenga por presentado este escrito y, en su virtud, se admita el presente recurso de alzada, solicitando que se revoque el acto administrativo impugnado por no ser conforme a Derecho y se adopten las medidas que correspondan.</w:t>
      </w:r>
    </w:p>
    <w:p/>
    <w:p>
      <w:r>
        <w:rPr>
          <w:b/>
          <w:sz w:val="22"/>
        </w:rPr>
        <w:t>DOCUMENTOS QUE SE ACOMPAÑAN</w:t>
      </w:r>
    </w:p>
    <w:p>
      <w:r>
        <w:rPr>
          <w:b w:val="0"/>
          <w:sz w:val="22"/>
        </w:rPr>
        <w:t>1. Copia del acto recurrido.</w:t>
      </w:r>
    </w:p>
    <w:p>
      <w:r>
        <w:rPr>
          <w:b w:val="0"/>
          <w:sz w:val="22"/>
        </w:rPr>
        <w:t>2. Documentación acreditativa de los hechos alegados.</w:t>
      </w:r>
    </w:p>
    <w:p>
      <w:r>
        <w:rPr>
          <w:b w:val="0"/>
          <w:sz w:val="22"/>
        </w:rPr>
        <w:t>3. Copia del DNI/NIE del/la recurrente y, en su caso, del representante.</w:t>
      </w:r>
    </w:p>
    <w:p>
      <w:r>
        <w:rPr>
          <w:b w:val="0"/>
          <w:sz w:val="22"/>
        </w:rPr>
        <w:t>4. Poder de representación, en su caso.</w:t>
      </w:r>
    </w:p>
    <w:p>
      <w:r>
        <w:rPr>
          <w:b w:val="0"/>
          <w:sz w:val="22"/>
        </w:rPr>
        <w:t>5. Cualquier otro documento que se estime oportuno.</w:t>
      </w:r>
    </w:p>
    <w:p/>
    <w:p>
      <w:r>
        <w:rPr>
          <w:b w:val="0"/>
          <w:sz w:val="22"/>
        </w:rPr>
        <w:t>Firma: _________________________</w:t>
      </w:r>
    </w:p>
    <w:p>
      <w:r>
        <w:rPr>
          <w:b w:val="0"/>
          <w:sz w:val="22"/>
        </w:rPr>
      </w:r>
    </w:p>
    <w:p>
      <w:r>
        <w:rPr>
          <w:b/>
          <w:sz w:val="22"/>
        </w:rPr>
        <w:t>SR./SRA. ________________________________________________</w:t>
      </w:r>
    </w:p>
    <w:p>
      <w:r>
        <w:rPr>
          <w:b/>
          <w:sz w:val="22"/>
        </w:rPr>
        <w:t>ÓRGANO SUPERIOR JERÁRQUICO DE LA JUNTA DE ANDALUCÍA</w:t>
      </w:r>
    </w:p>
    <w:p>
      <w:r>
        <w:br w:type="page"/>
      </w:r>
    </w:p>
    <w:p>
      <w:pPr>
        <w:jc w:val="center"/>
      </w:pPr>
      <w:r>
        <w:rPr>
          <w:color w:val="555555"/>
          <w:sz w:val="24"/>
        </w:rPr>
        <w:t>Fuente original del documento:</w:t>
      </w:r>
    </w:p>
    <w:p>
      <w:pPr>
        <w:jc w:val="center"/>
      </w:pPr>
      <w:hyperlink r:id="rId9">
        <w:r>
          <w:rPr>
            <w:color w:val="0000FF"/>
            <w:u w:val="single"/>
          </w:rPr>
          <w:t>https://experto-recursos.com/recurso-alzada-junta-andalucia/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recurso-alzada-junta-andalucia/"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