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ESCRITO DE DESISTIMIENTO DEL RECURSO DE APELACIÓN PENAL</w:t>
      </w:r>
    </w:p>
    <w:p/>
    <w:p>
      <w:r>
        <w:rPr>
          <w:b/>
          <w:sz w:val="20"/>
        </w:rPr>
        <w:t>AL JUZGADO DE INSTRUCCIÓN NÚMERO ________ DE ____________________________</w:t>
      </w:r>
    </w:p>
    <w:p/>
    <w:p>
      <w:r>
        <w:rPr>
          <w:b w:val="0"/>
          <w:sz w:val="20"/>
        </w:rPr>
        <w:t>D./Dña. ____________________________________________________________, con DNI/NIE número ______________________, con domicilio en ____________________________________________________________, en calidad de parte ______________________ en el procedimiento penal de referencia, ante este Juzgado comparezco y DIGO:</w:t>
      </w:r>
    </w:p>
    <w:p/>
    <w:p>
      <w:r>
        <w:rPr>
          <w:b w:val="0"/>
          <w:sz w:val="20"/>
        </w:rPr>
        <w:t>Que mediante escrito presentado con fecha ________, esta parte interpuso recurso de apelación contra la resolución dictada en las presentes actuaciones, recaída en el procedimiento de referencia.</w:t>
      </w:r>
    </w:p>
    <w:p>
      <w:r>
        <w:rPr>
          <w:b w:val="0"/>
          <w:sz w:val="20"/>
        </w:rPr>
        <w:t>Que, tras reconsiderar los motivos que sustentaban el recurso y por razones de oportunidad e interés particular, vengo por medio del presente escrito a DESISTIR EXPRESAMENTE del recurso de apelación interpuesto, solicitando que se tenga por realizado el desistimiento y se proceda a su archivo, con los efectos legales oportunos.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se sirva admitirlo y, en su virtud, acuerde tener por desistido a esta parte del recurso de apelación interpuesto contra la resolución impugnada, ordenando el archivo del presente recurso y el resto de trámites que en derecho correspondan.</w:t>
      </w:r>
    </w:p>
    <w:p/>
    <w:p>
      <w:r>
        <w:rPr>
          <w:b w:val="0"/>
          <w:sz w:val="20"/>
        </w:rPr>
        <w:t>OTROSÍ DIGO: Que se solicita se dé traslado de este escrito a las demás partes personadas en el procedimiento, a los efectos oportunos.</w:t>
      </w:r>
    </w:p>
    <w:p/>
    <w:p/>
    <w:p>
      <w:r>
        <w:rPr>
          <w:b/>
          <w:sz w:val="20"/>
        </w:rPr>
        <w:t>EL/LA FIRMANTE</w:t>
      </w:r>
    </w:p>
    <w:p/>
    <w:p/>
    <w:p/>
    <w:p>
      <w:r>
        <w:rPr>
          <w:b w:val="0"/>
          <w:sz w:val="20"/>
        </w:rPr>
        <w:t>Firma: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https://experto-recursos.com/desistimiento-recurso-apelacion-penal/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desistimiento-recurso-apelacion-penal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