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ESCRITO DE DESISTIMIENTO DE RECURSO DE REPOSICIÓN</w:t>
      </w:r>
    </w:p>
    <w:p/>
    <w:p>
      <w:r>
        <w:rPr>
          <w:b w:val="0"/>
          <w:sz w:val="20"/>
        </w:rPr>
        <w:t>A LA ATENCIÓN DE:</w:t>
      </w:r>
    </w:p>
    <w:p>
      <w:r>
        <w:rPr>
          <w:b w:val="0"/>
          <w:sz w:val="20"/>
        </w:rPr>
        <w:t>Órgano administrativo: _____________________________________________________________</w:t>
      </w:r>
    </w:p>
    <w:p>
      <w:r>
        <w:rPr>
          <w:b w:val="0"/>
          <w:sz w:val="20"/>
        </w:rPr>
        <w:t>Expediente n.º: ____________________________</w:t>
      </w:r>
    </w:p>
    <w:p/>
    <w:p>
      <w:r>
        <w:rPr>
          <w:b/>
          <w:sz w:val="20"/>
        </w:rPr>
        <w:t>INTERESADO/A:</w:t>
      </w:r>
    </w:p>
    <w:p>
      <w:r>
        <w:rPr>
          <w:b w:val="0"/>
          <w:sz w:val="20"/>
        </w:rPr>
        <w:t>D./Dña.: ____________________________________________________________</w:t>
      </w:r>
    </w:p>
    <w:p>
      <w:r>
        <w:rPr>
          <w:b w:val="0"/>
          <w:sz w:val="20"/>
        </w:rPr>
        <w:t>DNI/NIE: _____________________     Domicilio: _________________________________</w:t>
      </w:r>
    </w:p>
    <w:p>
      <w:r>
        <w:rPr>
          <w:b w:val="0"/>
          <w:sz w:val="20"/>
        </w:rPr>
        <w:t>Localidad: ___________________     Código postal: ___________________</w:t>
      </w:r>
    </w:p>
    <w:p>
      <w:r>
        <w:rPr>
          <w:b w:val="0"/>
          <w:sz w:val="20"/>
        </w:rPr>
        <w:t>Teléfono: ____________________     Correo electrónico: ________________________</w:t>
      </w:r>
    </w:p>
    <w:p/>
    <w:p>
      <w:r>
        <w:rPr>
          <w:b/>
          <w:sz w:val="20"/>
        </w:rPr>
        <w:t>EXPONE:</w:t>
      </w:r>
    </w:p>
    <w:p>
      <w:r>
        <w:rPr>
          <w:b w:val="0"/>
          <w:sz w:val="20"/>
        </w:rPr>
        <w:t>Que con fecha ____________, interpuse recurso de reposición contra la resolución dictada por ese órgano administrativo en el expediente arriba indicado.</w:t>
      </w:r>
    </w:p>
    <w:p>
      <w:r>
        <w:rPr>
          <w:b w:val="0"/>
          <w:sz w:val="20"/>
        </w:rPr>
        <w:t>Que, por la presente, y antes de que haya recaído resolución en el citado recurso, manifiesto mi voluntad de desistir del mismo, conforme a lo dispuesto en el artículo 112 y concordantes de la Ley 39/2015, de 1 de octubre, del Procedimiento Administrativo Común de las Administraciones Públicas.</w:t>
      </w:r>
    </w:p>
    <w:p/>
    <w:p>
      <w:r>
        <w:rPr>
          <w:b/>
          <w:sz w:val="20"/>
        </w:rPr>
        <w:t>SOLICITA:</w:t>
      </w:r>
    </w:p>
    <w:p>
      <w:r>
        <w:rPr>
          <w:b w:val="0"/>
          <w:sz w:val="20"/>
        </w:rPr>
        <w:t>Que se tenga por presentado este escrito, se sirva admitirlo y, en su virtud, acuerde tener por desistido el recurso de reposición interpuesto en su día, procediéndose al archivo de las actuaciones, todo ello conforme a Derecho.</w:t>
      </w:r>
    </w:p>
    <w:p/>
    <w:p>
      <w:r>
        <w:rPr>
          <w:b w:val="0"/>
          <w:sz w:val="20"/>
        </w:rPr>
        <w:t>En ____________________________</w:t>
      </w:r>
    </w:p>
    <w:p/>
    <w:p/>
    <w:p/>
    <w:p>
      <w:r>
        <w:rPr>
          <w:b w:val="0"/>
          <w:sz w:val="20"/>
        </w:rPr>
        <w:t>Firma: ________________________</w:t>
      </w:r>
    </w:p>
    <w:p/>
    <w:p/>
    <w:p>
      <w:r>
        <w:rPr>
          <w:b w:val="0"/>
          <w:sz w:val="20"/>
        </w:rPr>
        <w:t>D./Dña.: ______________________</w:t>
      </w:r>
    </w:p>
    <w:p>
      <w:r>
        <w:br w:type="page"/>
      </w:r>
    </w:p>
    <w:p>
      <w:pPr>
        <w:jc w:val="center"/>
      </w:pPr>
      <w:r>
        <w:rPr>
          <w:color w:val="555555"/>
          <w:sz w:val="24"/>
        </w:rPr>
        <w:t>Fuente original del documento:</w:t>
      </w:r>
    </w:p>
    <w:p>
      <w:pPr>
        <w:jc w:val="center"/>
      </w:pPr>
      <w:hyperlink r:id="rId9">
        <w:r>
          <w:rPr>
            <w:color w:val="0000FF"/>
            <w:u w:val="single"/>
          </w:rPr>
          <w:t>https://experto-recursos.com/desistimiento-de-recurso-de-reposicion/</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https://experto-recursos.com</w:t>
        </w:r>
      </w:hyperlink>
    </w:p>
    <w:p>
      <w:pPr>
        <w:jc w:val="center"/>
      </w:pPr>
      <w:r>
        <w:rPr>
          <w:color w:val="808080"/>
          <w:sz w:val="20"/>
        </w:rPr>
        <w:t>Plantilla de uso personal y gratuito. Prohibido su uso comercial.</w:t>
        <w:br/>
        <w:t>Si se comparte o publica, debe mencionarse la fuente. © experto-recursos.com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recursos.com/desistimiento-de-recurso-de-reposicion/" TargetMode="External"/><Relationship Id="rId10" Type="http://schemas.openxmlformats.org/officeDocument/2006/relationships/hyperlink" Target="https://experto-recurs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