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ALEGACIONES AL EXPEDIENTE DE URBANISMO</w:t>
      </w:r>
    </w:p>
    <w:p/>
    <w:p>
      <w:r>
        <w:rPr>
          <w:b/>
          <w:sz w:val="20"/>
        </w:rPr>
        <w:t>ALEGANTE:</w:t>
      </w:r>
    </w:p>
    <w:p>
      <w:r>
        <w:rPr>
          <w:b w:val="0"/>
          <w:sz w:val="20"/>
        </w:rPr>
        <w:t>D./Dña. _____________________________________________________________</w:t>
      </w:r>
    </w:p>
    <w:p>
      <w:r>
        <w:rPr>
          <w:b w:val="0"/>
          <w:sz w:val="20"/>
        </w:rPr>
        <w:t>DNI/NIE: _____________________     Domicilio: _________________________________</w:t>
      </w:r>
    </w:p>
    <w:p>
      <w:r>
        <w:rPr>
          <w:b w:val="0"/>
          <w:sz w:val="20"/>
        </w:rPr>
        <w:t>Localidad: ___________________     Teléfono: _________________________________</w:t>
      </w:r>
    </w:p>
    <w:p/>
    <w:p>
      <w:r>
        <w:rPr>
          <w:b/>
          <w:sz w:val="20"/>
        </w:rPr>
        <w:t>ILMO./A. SR./SRA. ALCALDE/SA PRESIDENTE/A DEL EXCMO. AYUNTAMIENTO DE _____________________________________</w:t>
      </w:r>
    </w:p>
    <w:p/>
    <w:p>
      <w:r>
        <w:rPr>
          <w:b w:val="0"/>
          <w:sz w:val="20"/>
        </w:rPr>
        <w:t>EXPEDIENTE URBANÍSTICO Nº: ____________________________________________</w:t>
      </w:r>
    </w:p>
    <w:p>
      <w:r>
        <w:rPr>
          <w:b w:val="0"/>
          <w:sz w:val="20"/>
        </w:rPr>
        <w:t>En calidad de interesado/a en el expediente de referencia, comparezco y, como mejor proceda en Derecho, DIGO:</w:t>
      </w:r>
    </w:p>
    <w:p/>
    <w:p>
      <w:r>
        <w:rPr>
          <w:b/>
          <w:sz w:val="20"/>
        </w:rPr>
        <w:t>HECHOS</w:t>
      </w:r>
    </w:p>
    <w:p>
      <w:r>
        <w:rPr>
          <w:b w:val="0"/>
          <w:sz w:val="20"/>
        </w:rPr>
        <w:t>PRIMERO.- Por medio de la presente se formula alegaciones con relación al expediente urbanístico de referencia, cuya información pública ha sido publicada en el Boletín Oficial y expuesta en las dependencias municipales.</w:t>
      </w:r>
    </w:p>
    <w:p>
      <w:r>
        <w:rPr>
          <w:b w:val="0"/>
          <w:sz w:val="20"/>
        </w:rPr>
        <w:t>SEGUNDO.- El/la compareciente ostenta la condición de interesado/a por razón de (titularidad, propiedad, colindancia, etc.), con relación al ámbito del expediente urbanístico indicado.</w:t>
      </w:r>
    </w:p>
    <w:p>
      <w:r>
        <w:rPr>
          <w:b w:val="0"/>
          <w:sz w:val="20"/>
        </w:rPr>
        <w:t>TERCERO.- El objeto de la presente alegación es manifestar las siguientes consideraciones en relación con el contenido del expediente y la documentación sometida a información pública.</w:t>
      </w:r>
    </w:p>
    <w:p/>
    <w:p>
      <w:r>
        <w:rPr>
          <w:b/>
          <w:sz w:val="20"/>
        </w:rPr>
        <w:t>FUNDAMENTOS DE DERECHO</w:t>
      </w:r>
    </w:p>
    <w:p>
      <w:r>
        <w:rPr>
          <w:b w:val="0"/>
          <w:sz w:val="20"/>
        </w:rPr>
        <w:t>I. Artículos 82 y siguientes de la Ley 39/2015, de 1 de octubre, del Procedimiento Administrativo Común de las Administraciones Públicas, que reconocen el derecho a formular alegaciones en los procedimientos administrativos.</w:t>
      </w:r>
    </w:p>
    <w:p>
      <w:r>
        <w:rPr>
          <w:b w:val="0"/>
          <w:sz w:val="20"/>
        </w:rPr>
        <w:t>II. Legislación urbanística aplicable: ________________________________ (indicar ley autonómica y normativa urbanística correspondiente).</w:t>
      </w:r>
    </w:p>
    <w:p>
      <w:r>
        <w:rPr>
          <w:b w:val="0"/>
          <w:sz w:val="20"/>
        </w:rPr>
        <w:t>III. Artículo 105 de la Constitución Española y normativa de transparencia y acceso a la información pública.</w:t>
      </w:r>
    </w:p>
    <w:p/>
    <w:p>
      <w:r>
        <w:rPr>
          <w:b/>
          <w:sz w:val="20"/>
        </w:rPr>
        <w:t>ALEGACIONES</w:t>
      </w:r>
    </w:p>
    <w:p>
      <w:r>
        <w:rPr>
          <w:b w:val="0"/>
          <w:sz w:val="20"/>
        </w:rPr>
        <w:t>1. En relación con las determinaciones urbanísticas contenidas en el expediente, se observa que ______________________________________________________________________________________________________________________.</w:t>
      </w:r>
    </w:p>
    <w:p>
      <w:r>
        <w:rPr>
          <w:b w:val="0"/>
          <w:sz w:val="20"/>
        </w:rPr>
        <w:t>2. Se considera que ____________________________________________________________________________________________________________________________________________________________.</w:t>
      </w:r>
    </w:p>
    <w:p>
      <w:r>
        <w:rPr>
          <w:b w:val="0"/>
          <w:sz w:val="20"/>
        </w:rPr>
        <w:t>3. En cuanto al procedimiento seguido, se estima que ____________________________________________________________________________________________________________________________.</w:t>
      </w:r>
    </w:p>
    <w:p>
      <w:r>
        <w:rPr>
          <w:b w:val="0"/>
          <w:sz w:val="20"/>
        </w:rPr>
        <w:t>4. (Añadir tantas alegaciones como se estimen oportunas para la defensa de los intereses del alegante.)</w:t>
      </w:r>
    </w:p>
    <w:p/>
    <w:p>
      <w:r>
        <w:rPr>
          <w:b/>
          <w:sz w:val="20"/>
        </w:rPr>
        <w:t>POR TODO ELLO, SOLICITO:</w:t>
      </w:r>
    </w:p>
    <w:p>
      <w:r>
        <w:rPr>
          <w:b w:val="0"/>
          <w:sz w:val="20"/>
        </w:rPr>
        <w:t>Que teniendo por presentado este escrito, se sirva admitirlo y, en su virtud, tenga por formuladas las presentes alegaciones, procediendo conforme a lo expuesto, y acuerde lo que en Derecho corresponda en defensa de los intereses legítimos de esta parte.</w:t>
      </w:r>
    </w:p>
    <w:p/>
    <w:p>
      <w:r>
        <w:rPr>
          <w:b/>
          <w:sz w:val="20"/>
        </w:rPr>
        <w:t>DOCUMENTOS QUE SE ACOMPAÑAN:</w:t>
      </w:r>
    </w:p>
    <w:p>
      <w:r>
        <w:rPr>
          <w:b w:val="0"/>
          <w:sz w:val="20"/>
        </w:rPr>
        <w:t>1. Copia de escritura, título o documento acreditativo de la condición de interesado/a.</w:t>
      </w:r>
    </w:p>
    <w:p>
      <w:r>
        <w:rPr>
          <w:b w:val="0"/>
          <w:sz w:val="20"/>
        </w:rPr>
        <w:t>2. Planos o documentación gráfica explicativa.</w:t>
      </w:r>
    </w:p>
    <w:p>
      <w:r>
        <w:rPr>
          <w:b w:val="0"/>
          <w:sz w:val="20"/>
        </w:rPr>
        <w:t>3. Documentación urbanística o técnica complementaria.</w:t>
      </w:r>
    </w:p>
    <w:p>
      <w:r>
        <w:rPr>
          <w:b w:val="0"/>
          <w:sz w:val="20"/>
        </w:rPr>
        <w:t>4. Cualquier otro documento que se estime relevante.</w:t>
      </w:r>
    </w:p>
    <w:p/>
    <w:p>
      <w:r>
        <w:rPr>
          <w:b w:val="0"/>
          <w:sz w:val="20"/>
        </w:rPr>
        <w:t>En _______________________, a ____ de _______________ de ________.</w:t>
      </w:r>
    </w:p>
    <w:p/>
    <w:p>
      <w:r>
        <w:rPr>
          <w:b/>
          <w:sz w:val="20"/>
        </w:rPr>
        <w:t>EL/LA ALEGANTE</w:t>
      </w:r>
    </w:p>
    <w:p/>
    <w:p/>
    <w:p/>
    <w:p>
      <w:r>
        <w:rPr>
          <w:b w:val="0"/>
          <w:sz w:val="20"/>
        </w:rPr>
        <w:t>Firma: 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https://experto-recursos.com/alegaciones-urbanismo/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https://experto-recursos.com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experto-recursos.com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recursos.com/alegaciones-urbanismo/" TargetMode="External"/><Relationship Id="rId10" Type="http://schemas.openxmlformats.org/officeDocument/2006/relationships/hyperlink" Target="https://experto-recurs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