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ALEGACIONES A LA LISTA PROVISIONAL DE ADMITIDOS Y EXCLUIDOS</w:t>
      </w:r>
    </w:p>
    <w:p/>
    <w:p>
      <w:r>
        <w:rPr>
          <w:b/>
          <w:sz w:val="20"/>
        </w:rPr>
        <w:t>A LA ATENCIÓN DE LA COMISIÓN DE VALORACIÓN/ÓRGANO COMPETENTE</w:t>
      </w:r>
    </w:p>
    <w:p/>
    <w:p>
      <w:r>
        <w:rPr>
          <w:b/>
          <w:sz w:val="20"/>
        </w:rPr>
        <w:t>DATOS DEL SOLICITANTE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Dirección:</w:t>
      </w:r>
    </w:p>
    <w:p>
      <w:r>
        <w:rPr>
          <w:b w:val="0"/>
          <w:sz w:val="20"/>
        </w:rPr>
        <w:t>Teléfono de contacto:</w:t>
      </w:r>
    </w:p>
    <w:p>
      <w:r>
        <w:rPr>
          <w:b w:val="0"/>
          <w:sz w:val="20"/>
        </w:rPr>
        <w:t>Correo electrónico:</w:t>
      </w:r>
    </w:p>
    <w:p/>
    <w:p>
      <w:r>
        <w:rPr>
          <w:b/>
          <w:sz w:val="20"/>
        </w:rPr>
        <w:t>PROCESO SELECTIVO / CONVOCATORIA</w:t>
      </w:r>
    </w:p>
    <w:p>
      <w:r>
        <w:rPr>
          <w:b w:val="0"/>
          <w:sz w:val="20"/>
        </w:rPr>
        <w:t>Denominación del proceso:</w:t>
      </w:r>
    </w:p>
    <w:p>
      <w:r>
        <w:rPr>
          <w:b w:val="0"/>
          <w:sz w:val="20"/>
        </w:rPr>
        <w:t>Número de referencia/convocatoria:</w:t>
      </w:r>
    </w:p>
    <w:p>
      <w:r>
        <w:rPr>
          <w:b w:val="0"/>
          <w:sz w:val="20"/>
        </w:rPr>
        <w:t>Puesto o especialidad solicitada: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mediante la Resolución/Acuerdo de fecha __________, se publicó la lista provisional de admitidos y excluidos en el proceso selectivo arriba referido.</w:t>
      </w:r>
    </w:p>
    <w:p>
      <w:r>
        <w:rPr>
          <w:b w:val="0"/>
          <w:sz w:val="20"/>
        </w:rPr>
        <w:t>SEGUNDO.- Que en dicha lista provisional el/la abajo firmante figura como excluido/a / no admitido/a / admitido/a con errores por el siguiente motivo:</w:t>
      </w:r>
    </w:p>
    <w:p>
      <w:r>
        <w:rPr>
          <w:b w:val="0"/>
          <w:sz w:val="20"/>
        </w:rPr>
        <w:t>Motivo de exclusión/error: ____________________________________________________________</w:t>
      </w:r>
    </w:p>
    <w:p>
      <w:r>
        <w:rPr>
          <w:b w:val="0"/>
          <w:sz w:val="20"/>
        </w:rPr>
        <w:t>TERCERO.- Que el/la abajo firmante entiende que cumple con los requisitos exigidos en la convocatoria y que el motivo de exclusión/error no es aplicable, conforme se expone a continuación:</w:t>
      </w:r>
    </w:p>
    <w:p>
      <w:r>
        <w:rPr>
          <w:b w:val="0"/>
          <w:sz w:val="20"/>
        </w:rPr>
        <w:t>Exposición de alegaciones: ____________________________________________________________</w:t>
      </w:r>
    </w:p>
    <w:p/>
    <w:p>
      <w:r>
        <w:rPr>
          <w:b/>
          <w:sz w:val="20"/>
        </w:rPr>
        <w:t>FUNDAMENTOS</w:t>
      </w:r>
    </w:p>
    <w:p>
      <w:r>
        <w:rPr>
          <w:b w:val="0"/>
          <w:sz w:val="20"/>
        </w:rPr>
        <w:t>PRIMERO.- Conforme a las bases de la convocatoria, se reconoce el derecho de presentar alegaciones en el plazo establecido.</w:t>
      </w:r>
    </w:p>
    <w:p>
      <w:r>
        <w:rPr>
          <w:b w:val="0"/>
          <w:sz w:val="20"/>
        </w:rPr>
        <w:t>SEGUNDO.- Que la documentación aportada acredita el cumplimiento de los requisitos, según se detalla y adjunta.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tengan por presentadas estas alegaciones, se revise la causa de exclusión/error indicada y, en su virtud, se acuerde la inclusión del/la solicitante en la lista definitiva de admitidos/as para participar en el proceso selectivo, con todos los derechos que correspondan.</w:t>
      </w:r>
    </w:p>
    <w:p/>
    <w:p>
      <w:r>
        <w:rPr>
          <w:b/>
          <w:sz w:val="20"/>
        </w:rPr>
        <w:t>DOCUMENTACIÓN QUE SE ACOMPAÑA</w:t>
      </w:r>
    </w:p>
    <w:p>
      <w:r>
        <w:rPr>
          <w:b w:val="0"/>
          <w:sz w:val="20"/>
        </w:rPr>
        <w:t>1. Copia del DNI/NIE.</w:t>
      </w:r>
    </w:p>
    <w:p>
      <w:r>
        <w:rPr>
          <w:b w:val="0"/>
          <w:sz w:val="20"/>
        </w:rPr>
        <w:t>2. Documentación acreditativa del cumplimiento de requisitos.</w:t>
      </w:r>
    </w:p>
    <w:p>
      <w:r>
        <w:rPr>
          <w:b w:val="0"/>
          <w:sz w:val="20"/>
        </w:rPr>
        <w:t>3. Copia de la solicitud presentada.</w:t>
      </w:r>
    </w:p>
    <w:p>
      <w:r>
        <w:rPr>
          <w:b w:val="0"/>
          <w:sz w:val="20"/>
        </w:rPr>
        <w:t>4. Otros documentos justificativos.</w:t>
      </w:r>
    </w:p>
    <w:p/>
    <w:p/>
    <w:p>
      <w:r>
        <w:rPr>
          <w:b w:val="0"/>
          <w:sz w:val="20"/>
        </w:rPr>
        <w:t>Firma,</w:t>
      </w:r>
    </w:p>
    <w:p/>
    <w:p/>
    <w:p/>
    <w:p>
      <w:r>
        <w:rPr>
          <w:b w:val="0"/>
          <w:sz w:val="20"/>
        </w:rPr>
        <w:t>Nombre y apellidos: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https://experto-recursos.com/alegaciones-lista-provisional/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alegaciones-lista-provisional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